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עָלָה, נִבְנָה, נִסְּתָה, הִתְרַצָּה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הוּרַד, הִגִּיעַ, קוֹמֵם, שַׂמְתִּי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ש־נ־י/ה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ל״ה/י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משחק – גזרת ל״ה/י – ה׳ בסוף.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„הִשְׁתַּנָּה”?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נ־ש־נ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י/ו־ש־נ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„לִבְנוֹת”?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י/ו־ב־נ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נ־ב־נ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ב־נ־י/ה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„צִפּוּ”?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נ־צ־פ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צ־י/ו־פ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צ־פ־י/ה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י/ו־צ־פ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„פִּנּוּ”?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י/ו־פ־נ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נ־פ־נ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„יִקְנוּ”?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ק־י/ו־נ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נ־ק־נ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ק־נ־י/ה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י/ו־ק־נ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עָלָה  |  נִסְּתָה  |  קוֹמֵם  |  שַׂמְתִּי  |  נִבְנָה  |  הוּרַד  |  הִגִּיעַ  |  הִתְרַצָּה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🔵 ל״ה/י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ש־ת־י/ה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הִשְׁקָה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כ־ב־י/ה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ש־ק־י/ה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הִשְׁתַּנָּה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פ־נ־י/ה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ש־נ־י/ה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עָלָה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ע־ל־י/ה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„שָׁתָה”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משחק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