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השיעור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עיקרי השיעור: מושגים, שיטת הבלש וזיהוי הגזרה.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📖 השיעור (ל״ה/י).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מסתיים ב־וֹת: לִקְנוֹת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פִּנָּה · פיעל · נשארו: פ־נ־ה · שורש: פ־נ־י/ה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שָׁתָה · קל · נשארו: ש־ת־ה · שורש: ש־ת־י/ה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כִּבָּה · פיעל · נשארו: כ־ב־ה · שורש: כ־ב־י/ה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־וֹת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כ־ב־י/ה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ש־ת־י/ה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ל״ה/י · השיעור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השיעור.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ב־נ־י/ה  |  כ־ב־י/ה  |  ע־ל־י/ה  |  פ־נ־י/ה  |  צ־פ־י/ה  |  ק־נ־י/ה  |  ר־א־י/ה  |  ש־ק־י/ה  |  ש־ת־י/ה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בגזרת ל״ה/י האות האחרונה בשורש היא ה׳ או י׳.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„הוא אתמול” של ל״ה/י מסתיים בצליל ָה.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שם הפועל של ל״ה/י מסתיים ב־וּת.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באמצע מילה מופיעה י׳: קָנִיתִי.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מלאו את הטבלה לפי חמשת הצעדים. בעמודה „נשארו” כתבו את האותיות שנשארו אחרי השמטת המוספיות.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פִּנּוּ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פִּנָּה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שָׁתָה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שָׁתָה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כִּבָּה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כִּבָּה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הבנה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איך מסתיים שם הפועל בגזרת ל״ה/י?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־וֹת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־ִים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־ָה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איזו אות מופיעה באמצע מילה (קָנ_תִי)?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י׳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ה׳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ו׳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השורש של „כִּבָּה”?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נ־כ־ב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כ־ב־י/ה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כ־י/ו־ב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מה השורש של „שָׁתָה”?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י/ו־ש־ת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נ־ש־ת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ש־ת־י/ה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סיכום במילים 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הסבירו במילים שלכם: איך מוצאים את השורש של פועל מהגזרה שלמדנו? תנו דוגמה אחת משלכם.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כתבו את הצעדים לפי הסדר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הוסיפו דוגמה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ציינו את הסימן המיוחד של הגזרה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„יִקְנוּ”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השיעור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