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הה׳ במפיק נשמעת – שורש שלם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 · קל · נשארו: ש־ת־ה · שורש: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 · הפעיל · נשארו: פ־נ־ה · שורש: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צִפָּה · פיעל · נשארו: צ־פ־ה · שורש: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בָּנָה · קל · נשארו: ב־נ־ה · שורש: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ל״ה/י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השיעור.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באמצע מילה מופיעה י׳: קָנִיתִי.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בגָּבַהּ (מלשון גובה) השורש מגזרת ל״ה/י.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אות מופיעה באמצע מילה (קָנ_תִי)?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ו׳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„עָלָה”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נ־ע־ל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ע־ל־י/ה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„יִקְנוּ”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י/ו־ק־נ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ק־נ־י/ה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השורש של „נִבְנָה”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י/ו־ב־נ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„נִבְנָה”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השיעור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