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במפיק נשמעת – שורש שלם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נעלמת; מעבירים לקָנָה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 · קל · נשארו: ש־ת־ה · שורש: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 · הפעיל · נשארו: ש־ק־ה · שורש: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 · הפעיל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צִפָּה · פיעל · נשארו: צ־פ־ה · שורש: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ר־צ־י/ה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ל״ה/י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השיעור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בגָּבַהּ (מלשון גובה) השורש מגזרת ל״ה/י.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הִשְׁתַּנָּה הוא ש־נ־י/ה.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ביִקְנוּ רואים את כל שלוש אותיות השורש.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„נִבְנָה”?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נ־ב־נ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„הִתְרַצָּה”?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ר־י/ו־צ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י/ו־ר־צ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נ־ר־צ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ר־צ־י/ה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„בָּנוּ”?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ב־נ־י/ה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„הִשְׁקָה”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השיעור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