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התאמה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🔗 התאמה (ל״ה/י).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ש־ק־י/ה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פיעל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ר־א־י/ה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ל״ה/י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התאמה.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פִּנּוּ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ש־ק־י/ה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לִבְנוֹת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ב־נ־י/ה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כ־ב־י/ה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הִשְׁקָה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ק־נ־י/ה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יִקְנוּ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פ־נ־י/ה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התאמה: פועל ← בניין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הבניין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לִבְנוֹת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קל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פיעל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נפעל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נִבְנָה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הפעיל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לִבְנוֹת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כִּבָּה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רָאִינוּ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שורש אחד מהדף וכתבו 4 מילים מאותה משפחה (פעלים או שמות).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„שָׁתָה”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התאמה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